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</w:t>
      </w:r>
    </w:p>
    <w:p>
      <w:pPr>
        <w:spacing w:after="240"/>
        <w:jc w:val="center"/>
      </w:pPr>
      <w:r>
        <w:rPr>
          <w:rFonts w:ascii="Times New Roman" w:hAnsi="Times New Roman" w:eastAsia="Times New Roman"/>
          <w:b w:val="0"/>
          <w:sz w:val="20"/>
        </w:rPr>
        <w:t>(наименование образовательной организации)</w:t>
      </w:r>
    </w:p>
    <w:p>
      <w:pPr>
        <w:spacing w:after="480"/>
        <w:jc w:val="center"/>
      </w:pPr>
      <w:r>
        <w:rPr>
          <w:rFonts w:ascii="Times New Roman" w:hAnsi="Times New Roman" w:eastAsia="Times New Roman"/>
          <w:b w:val="0"/>
          <w:sz w:val="28"/>
        </w:rPr>
        <w:t>Кафедра ______________________________</w:t>
      </w:r>
    </w:p>
    <w:p>
      <w:pPr>
        <w:spacing w:after="120"/>
        <w:jc w:val="center"/>
      </w:pPr>
      <w:r>
        <w:rPr>
          <w:rFonts w:ascii="Times New Roman" w:hAnsi="Times New Roman" w:eastAsia="Times New Roman"/>
          <w:b/>
          <w:sz w:val="28"/>
        </w:rPr>
        <w:t>ДНЕВНИК</w:t>
      </w:r>
    </w:p>
    <w:p>
      <w:pPr>
        <w:spacing w:after="360"/>
        <w:jc w:val="center"/>
      </w:pPr>
      <w:r>
        <w:rPr>
          <w:rFonts w:ascii="Times New Roman" w:hAnsi="Times New Roman" w:eastAsia="Times New Roman"/>
          <w:b w:val="0"/>
          <w:sz w:val="28"/>
        </w:rPr>
        <w:t>прохождения практики (производственная практика)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Студент(ка) ______________________________________ (Ф.И.О.)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Курс ______  группа ______  направление подготовки _______________________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Профиль практики: экономист в бухгалтерии</w:t>
      </w:r>
    </w:p>
    <w:p>
      <w:pPr>
        <w:spacing w:after="360"/>
      </w:pPr>
      <w:r>
        <w:rPr>
          <w:rFonts w:ascii="Times New Roman" w:hAnsi="Times New Roman" w:eastAsia="Times New Roman"/>
          <w:b w:val="0"/>
          <w:sz w:val="28"/>
        </w:rPr>
        <w:t>Сроки практики: с «___» ________ 20__ г. по «___» ________ 20__ г.</w:t>
      </w:r>
    </w:p>
    <w:p>
      <w:pPr>
        <w:spacing w:after="120"/>
      </w:pPr>
      <w:r>
        <w:rPr>
          <w:rFonts w:ascii="Times New Roman" w:hAnsi="Times New Roman" w:eastAsia="Times New Roman"/>
          <w:b/>
          <w:sz w:val="28"/>
        </w:rPr>
        <w:t>Сведения о базе практики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Организация: ______________________________________________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Подразделение: бухгалтерия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Руководитель практики от организации: __________________________ (должность, Ф.И.О.)</w:t>
      </w:r>
    </w:p>
    <w:p>
      <w:pPr>
        <w:spacing w:after="360"/>
      </w:pPr>
      <w:r>
        <w:rPr>
          <w:rFonts w:ascii="Times New Roman" w:hAnsi="Times New Roman" w:eastAsia="Times New Roman"/>
          <w:b w:val="0"/>
          <w:sz w:val="28"/>
        </w:rPr>
        <w:t>Руководитель практики от образовательной организации: __________________________</w:t>
      </w:r>
    </w:p>
    <w:p>
      <w:pPr>
        <w:spacing w:after="120"/>
      </w:pPr>
      <w:r>
        <w:rPr>
          <w:rFonts w:ascii="Times New Roman" w:hAnsi="Times New Roman" w:eastAsia="Times New Roman"/>
          <w:b/>
          <w:sz w:val="28"/>
        </w:rPr>
        <w:t>Индивидуальное задание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1. Изучить организационную структуру и учётную политику организации.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2. Освоить порядок обработки первичных документов и ведения регистров учёта.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3. Провести анализ бухгалтерской отчётности за отчётный год.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4. Собрать материал для отчёта по практике.</w:t>
      </w:r>
    </w:p>
    <w:p>
      <w:r>
        <w:br w:type="page"/>
      </w:r>
    </w:p>
    <w:p>
      <w:pPr>
        <w:spacing w:after="240"/>
        <w:jc w:val="center"/>
      </w:pPr>
      <w:r>
        <w:rPr>
          <w:rFonts w:ascii="Times New Roman" w:hAnsi="Times New Roman" w:eastAsia="Times New Roman"/>
          <w:b/>
          <w:sz w:val="28"/>
        </w:rPr>
        <w:t>Записи о выполненной работе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680"/>
        <w:gridCol w:w="1474"/>
        <w:gridCol w:w="5272"/>
        <w:gridCol w:w="1928"/>
      </w:tblGrid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/>
                <w:sz w:val="24"/>
              </w:rPr>
              <w:t>№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/>
                <w:sz w:val="24"/>
              </w:rPr>
              <w:t>Дата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/>
                <w:sz w:val="24"/>
              </w:rPr>
              <w:t>Содержание выполненной работы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/>
                <w:sz w:val="24"/>
              </w:rPr>
              <w:t>Отметка руководителя</w:t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Прошёл вводный инструктаж по технике безопасности, ознакомился со структурой организации и положением о бухгалтерии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Изучил учётную политику организации и рабочий план счетов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Обрабатывал первичные документы: счета-фактуры, накладные, акты выполненных работ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Участвовал в сверке расчётов с поставщиками, составил акты сверки по двум контрагентам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Формировал журнал-ордер по счёту 60 и проверял корреспонденцию счетов за месяц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Готовил выборку по дебиторской задолженности со сроком свыше 90 дней для главного бухгалтера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Анализировал бухгалтерский баланс за отчётный год, рассчитал коэффициенты ликвидности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Рассчитал показатели финансовой устойчивости и рентабельности, сравнил с нормативными значениями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9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Участвовал в подготовке данных для налоговой декларации по НДС, сверял книгу покупок с первичными документами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  <w:tr>
        <w:tc>
          <w:tcPr>
            <w:tcW w:type="dxa" w:w="680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10</w:t>
            </w:r>
          </w:p>
        </w:tc>
        <w:tc>
          <w:tcPr>
            <w:tcW w:type="dxa" w:w="1474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__.__.____</w:t>
            </w:r>
          </w:p>
        </w:tc>
        <w:tc>
          <w:tcPr>
            <w:tcW w:type="dxa" w:w="5272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  <w:t>Систематизировал материал для отчёта, согласовал выводы с главным бухгалтером</w:t>
            </w:r>
          </w:p>
        </w:tc>
        <w:tc>
          <w:tcPr>
            <w:tcW w:type="dxa" w:w="1928"/>
          </w:tcPr>
          <w:p>
            <w:pPr>
              <w:spacing w:line="240" w:lineRule="auto" w:after="0" w:before="0"/>
            </w:pPr>
            <w:r/>
            <w:r>
              <w:rPr>
                <w:b w:val="0"/>
                <w:sz w:val="24"/>
              </w:rPr>
            </w:r>
          </w:p>
        </w:tc>
      </w:tr>
    </w:tbl>
    <w:p>
      <w:pPr>
        <w:spacing w:after="240"/>
      </w:pPr>
      <w:r>
        <w:rPr>
          <w:rFonts w:ascii="Times New Roman" w:hAnsi="Times New Roman" w:eastAsia="Times New Roman"/>
          <w:b w:val="0"/>
          <w:sz w:val="28"/>
        </w:rPr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Студент(ка) ______________ / __________________ /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Руководитель практики от организации ___________ / ______________ /</w:t>
      </w:r>
    </w:p>
    <w:p>
      <w:pPr>
        <w:spacing w:after="360"/>
      </w:pPr>
      <w:r>
        <w:rPr>
          <w:rFonts w:ascii="Times New Roman" w:hAnsi="Times New Roman" w:eastAsia="Times New Roman"/>
          <w:b w:val="0"/>
          <w:sz w:val="28"/>
        </w:rPr>
        <w:t>М.П.</w:t>
      </w:r>
    </w:p>
    <w:p>
      <w:pPr>
        <w:spacing w:after="120"/>
      </w:pPr>
      <w:r>
        <w:rPr>
          <w:rFonts w:ascii="Times New Roman" w:hAnsi="Times New Roman" w:eastAsia="Times New Roman"/>
          <w:b/>
          <w:sz w:val="28"/>
        </w:rPr>
        <w:t>Отзыв руководителя практики от организации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</w:t>
      </w:r>
    </w:p>
    <w:p>
      <w:pPr>
        <w:spacing w:after="80"/>
      </w:pPr>
      <w:r>
        <w:rPr>
          <w:rFonts w:ascii="Times New Roman" w:hAnsi="Times New Roman" w:eastAsia="Times New Roman"/>
          <w:b w:val="0"/>
          <w:sz w:val="28"/>
        </w:rPr>
        <w:t>______________________________________________________________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Рекомендуемая оценка: ______________</w:t>
      </w:r>
    </w:p>
    <w:p>
      <w:pPr>
        <w:spacing w:after="120"/>
      </w:pPr>
      <w:r>
        <w:rPr>
          <w:rFonts w:ascii="Times New Roman" w:hAnsi="Times New Roman" w:eastAsia="Times New Roman"/>
          <w:b w:val="0"/>
          <w:sz w:val="28"/>
        </w:rPr>
        <w:t>Дата «___» ________ 20__ г.      Подпись ______________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практики: заполненный образец, экономист в бухгалтерии</dc:title>
  <dc:subject/>
  <dc:creator>DiplomCraft</dc:creator>
  <cp:keywords/>
  <dc:description>Образец с сайта diplomcraft.ru. Личные данные и даты заполните по своему приказу о практике.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