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</w:t>
      </w:r>
    </w:p>
    <w:p>
      <w:pPr>
        <w:spacing w:after="240"/>
        <w:jc w:val="center"/>
      </w:pPr>
      <w:r>
        <w:rPr>
          <w:rFonts w:ascii="Times New Roman" w:hAnsi="Times New Roman" w:eastAsia="Times New Roman"/>
          <w:b w:val="0"/>
          <w:sz w:val="20"/>
        </w:rPr>
        <w:t>(наименование образовательной организации)</w:t>
      </w:r>
    </w:p>
    <w:p>
      <w:pPr>
        <w:spacing w:after="480"/>
        <w:jc w:val="center"/>
      </w:pPr>
      <w:r>
        <w:rPr>
          <w:rFonts w:ascii="Times New Roman" w:hAnsi="Times New Roman" w:eastAsia="Times New Roman"/>
          <w:b w:val="0"/>
          <w:sz w:val="28"/>
        </w:rPr>
        <w:t>Кафедра ______________________________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/>
          <w:sz w:val="28"/>
        </w:rPr>
        <w:t>ДНЕВНИК</w:t>
      </w:r>
    </w:p>
    <w:p>
      <w:pPr>
        <w:spacing w:after="360"/>
        <w:jc w:val="center"/>
      </w:pPr>
      <w:r>
        <w:rPr>
          <w:rFonts w:ascii="Times New Roman" w:hAnsi="Times New Roman" w:eastAsia="Times New Roman"/>
          <w:b w:val="0"/>
          <w:sz w:val="28"/>
        </w:rPr>
        <w:t>прохождения практики (производственная практика)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______________________________________ (Ф.И.О.)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Курс ______  группа ______  направление подготовки 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Профиль практики: IT-специалист на предприятии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Сроки практики: с «___» ________ 20__ г. по «___» ________ 20__ г.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Сведения о базе практики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Организация: 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Подразделение: отдел информационных технологий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организации: __________________________ (должность, Ф.И.О.)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образовательной организации: __________________________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Индивидуальное задание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1. Изучить регламенты IT-отдела и архитектуру информационной системы предприятия.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2. Участвовать в сопровождении рабочих станций и прикладного ПО.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3. Выполнить задание по автоматизации по указанию руководителя.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4. Подготовить схему сети и материалы для отчёта.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 w:eastAsia="Times New Roman"/>
          <w:b/>
          <w:sz w:val="28"/>
        </w:rPr>
        <w:t>Записи о выполненной работе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1474"/>
        <w:gridCol w:w="5272"/>
        <w:gridCol w:w="1928"/>
      </w:tblGrid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№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Дата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Содержание выполненной работы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Отметка руководителя</w:t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Прошёл инструктаж, получил учётные записи, изучил регламент работы IT-отдела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Ознакомился с архитектурой информационной системы предприятия и используемым стеком технологий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Настраивал рабочие станции и обновлял клиентское ПО по заявкам пользователей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Разбирал обращения в системе заявок, закрыл семь типовых обращений по доступу и печати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Участвовал в тестировании конфигурации 1С, составил перечень из 12 замечаний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Проверял исправления по замечаниям в тестовой базе 1С, оформил протокол повторного тестирования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Написал скрипт резервного копирования по заданию системного администратора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Настроил расписание резервного копирования и проверил восстановление из копии на тестовом сервере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Инвентаризировал сетевое оборудование, уточнил адресацию сегментов сети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Подготовил схему локальной сети предприятия для приложения к отчёту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</w:tbl>
    <w:p>
      <w:pPr>
        <w:spacing w:after="240"/>
      </w:pPr>
      <w:r>
        <w:rPr>
          <w:rFonts w:ascii="Times New Roman" w:hAnsi="Times New Roman" w:eastAsia="Times New Roman"/>
          <w:b w:val="0"/>
          <w:sz w:val="28"/>
        </w:rPr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 / __________________ /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 ___________ / ______________ /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М.П.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Отзыв руководителя практики от организации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Рекомендуемая оценка: 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Дата «___» ________ 20__ г.      Подпись ______________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практики: заполненный образец, IT-специалист на предприятии</dc:title>
  <dc:subject/>
  <dc:creator>DiplomCraft</dc:creator>
  <cp:keywords/>
  <dc:description>Образец с сайта diplomcraft.ru. Личные данные и даты заполните по своему приказу о практике.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