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</w:t>
      </w:r>
    </w:p>
    <w:p>
      <w:pPr>
        <w:spacing w:after="240"/>
        <w:jc w:val="center"/>
      </w:pPr>
      <w:r>
        <w:rPr>
          <w:rFonts w:ascii="Times New Roman" w:hAnsi="Times New Roman" w:eastAsia="Times New Roman"/>
          <w:b w:val="0"/>
          <w:sz w:val="20"/>
        </w:rPr>
        <w:t>(наименование образовательной организации)</w:t>
      </w:r>
    </w:p>
    <w:p>
      <w:pPr>
        <w:spacing w:after="480"/>
        <w:jc w:val="center"/>
      </w:pPr>
      <w:r>
        <w:rPr>
          <w:rFonts w:ascii="Times New Roman" w:hAnsi="Times New Roman" w:eastAsia="Times New Roman"/>
          <w:b w:val="0"/>
          <w:sz w:val="28"/>
        </w:rPr>
        <w:t>Кафедра ______________________________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/>
          <w:sz w:val="28"/>
        </w:rPr>
        <w:t>ДНЕВНИК</w:t>
      </w:r>
    </w:p>
    <w:p>
      <w:pPr>
        <w:spacing w:after="360"/>
        <w:jc w:val="center"/>
      </w:pPr>
      <w:r>
        <w:rPr>
          <w:rFonts w:ascii="Times New Roman" w:hAnsi="Times New Roman" w:eastAsia="Times New Roman"/>
          <w:b w:val="0"/>
          <w:sz w:val="28"/>
        </w:rPr>
        <w:t>прохождения практики (педагогическая практика)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Студент(ка) ______________________________________ (Ф.И.О.)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Курс ______  группа ______  направление подготовки 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Профиль практики: педагог в школе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Сроки практики: с «___» ________ 20__ г. по «___» ________ 20__ г.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Сведения о базе практики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Организация: ______________________________________________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Подразделение: общеобразовательная школа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организации: __________________________ (должность, Ф.И.О.)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образовательной организации: __________________________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Индивидуальное задание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1. Изучить нормативные документы школы и рабочую программу по предмету.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2. Провести наблюдение уроков учителя-наставника и оформить протоколы.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3. Разработать и провести уроки и внеклассное мероприятие.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4. Составить психолого-педагогическую характеристику класса.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 w:eastAsia="Times New Roman"/>
          <w:b/>
          <w:sz w:val="28"/>
        </w:rPr>
        <w:t>Записи о выполненной работе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0"/>
        <w:gridCol w:w="1474"/>
        <w:gridCol w:w="5272"/>
        <w:gridCol w:w="1928"/>
      </w:tblGrid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№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Дата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Содержание выполненной работы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Отметка руководителя</w:t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Познакомился с администрацией школы, изучил устав и правила внутреннего распорядка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Изучил рабочую программу по предмету и календарно-тематическое планирование на четверть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Наблюдал уроки учителя-наставника в 7 «А» классе, вёл протокол наблюдения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Разработал план-конспект урока по теме рабочей программы, согласовал его с наставником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Провёл урок в 7 «А» классе, получил разбор занятия от наставника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Провёл второй урок с учётом замечаний, оформил самоанализ занятия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Подготовил дидактические материалы и проверочную работу, проверил работы учащихся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Подготовил и провёл внеклассное мероприятие, оформил его самоанализ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Провёл наблюдение за классом на переменах и классном часе для характеристики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Составил психолого-педагогическую характеристику класса для отчёта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</w:tbl>
    <w:p>
      <w:pPr>
        <w:spacing w:after="240"/>
      </w:pPr>
      <w:r>
        <w:rPr>
          <w:rFonts w:ascii="Times New Roman" w:hAnsi="Times New Roman" w:eastAsia="Times New Roman"/>
          <w:b w:val="0"/>
          <w:sz w:val="28"/>
        </w:rPr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Студент(ка) ______________ / __________________ /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организации ___________ / ______________ /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М.П.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Отзыв руководителя практики от организации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Рекомендуемая оценка: 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Дата «___» ________ 20__ г.      Подпись ______________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практики: заполненный образец, педагог в школе</dc:title>
  <dc:subject/>
  <dc:creator>DiplomCraft</dc:creator>
  <cp:keywords/>
  <dc:description>Образец с сайта diplomcraft.ru. Личные данные и даты заполните по своему приказу о практике.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