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</w:t>
      </w:r>
    </w:p>
    <w:p>
      <w:pPr>
        <w:spacing w:after="240"/>
        <w:jc w:val="center"/>
      </w:pPr>
      <w:r>
        <w:rPr>
          <w:rFonts w:ascii="Times New Roman" w:hAnsi="Times New Roman" w:eastAsia="Times New Roman"/>
          <w:b w:val="0"/>
          <w:sz w:val="20"/>
        </w:rPr>
        <w:t>(наименование образовательной организации)</w:t>
      </w:r>
    </w:p>
    <w:p>
      <w:pPr>
        <w:spacing w:after="480"/>
        <w:jc w:val="center"/>
      </w:pPr>
      <w:r>
        <w:rPr>
          <w:rFonts w:ascii="Times New Roman" w:hAnsi="Times New Roman" w:eastAsia="Times New Roman"/>
          <w:b w:val="0"/>
          <w:sz w:val="28"/>
        </w:rPr>
        <w:t>Кафедра ______________________________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/>
          <w:sz w:val="28"/>
        </w:rPr>
        <w:t>ДНЕВНИК</w:t>
      </w:r>
    </w:p>
    <w:p>
      <w:pPr>
        <w:spacing w:after="360"/>
        <w:jc w:val="center"/>
      </w:pPr>
      <w:r>
        <w:rPr>
          <w:rFonts w:ascii="Times New Roman" w:hAnsi="Times New Roman" w:eastAsia="Times New Roman"/>
          <w:b w:val="0"/>
          <w:sz w:val="28"/>
        </w:rPr>
        <w:t>прохождения практики (производственная практика)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Студент(ка) ______________________________________ (Ф.И.О.)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Курс ______  группа ______  направление подготовки 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Профиль практики: юрист в юридическом отделе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Сроки практики: с «___» ________ 20__ г. по «___» ________ 20__ г.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Сведения о базе практики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Организация: ______________________________________________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Подразделение: юридический отдел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организации: __________________________ (должность, Ф.И.О.)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образовательной организации: __________________________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Индивидуальное задание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1. Изучить положение о юридическом отделе и документооборот организации.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2. Участвовать в договорной и претензионной работе под контролем руководителя.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3. Ознакомиться с судебной практикой по теме индивидуального задания.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4. Собрать материал для отчёта по практике.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 w:eastAsia="Times New Roman"/>
          <w:b/>
          <w:sz w:val="28"/>
        </w:rPr>
        <w:t>Записи о выполненной работе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0"/>
        <w:gridCol w:w="1474"/>
        <w:gridCol w:w="5272"/>
        <w:gridCol w:w="1928"/>
      </w:tblGrid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№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Дата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Содержание выполненной работы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Отметка руководителя</w:t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Ознакомился с положением о юридическом отделе и должностными инструкциями сотрудников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Изучил номенклатуру дел и порядок регистрации входящей корреспонденции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Проверял проекты договоров поставки на соответствие типовой форме, составил перечень замечаний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Составил проект ответа на претензию контрагента под контролем руководителя практики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Присутствовал на судебном заседании по гражданскому делу, вёл записи по ходу процесса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Подготовил проект искового заявления о взыскании задолженности по договору поставки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Сформировал пакет приложений к иску: договор, акты, расчёт неустойки, претензия с подтверждением отправки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Изучил порядок работы с системой электронного правосудия, подготовил документы к подаче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Подобрал и систематизировал судебную практику по теме индивидуального задания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Обобщил материалы практики, согласовал структуру отчёта с руководителем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</w:tbl>
    <w:p>
      <w:pPr>
        <w:spacing w:after="240"/>
      </w:pPr>
      <w:r>
        <w:rPr>
          <w:rFonts w:ascii="Times New Roman" w:hAnsi="Times New Roman" w:eastAsia="Times New Roman"/>
          <w:b w:val="0"/>
          <w:sz w:val="28"/>
        </w:rPr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Студент(ка) ______________ / __________________ /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организации ___________ / ______________ /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М.П.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Отзыв руководителя практики от организации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Рекомендуемая оценка: 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Дата «___» ________ 20__ г.      Подпись ______________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практики: заполненный образец, юрист в юридическом отделе</dc:title>
  <dc:subject/>
  <dc:creator>DiplomCraft</dc:creator>
  <cp:keywords/>
  <dc:description>Образец с сайта diplomcraft.ru. Личные данные и даты заполните по своему приказу о практике.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